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FB91D" w14:textId="77777777" w:rsidR="005E2964" w:rsidRPr="0083432E" w:rsidRDefault="00000000" w:rsidP="00C25235">
      <w:pPr>
        <w:pStyle w:val="Heading1"/>
        <w:spacing w:before="0"/>
        <w:ind w:left="360"/>
        <w:jc w:val="center"/>
        <w:rPr>
          <w:color w:val="000000" w:themeColor="text1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83432E">
        <w:rPr>
          <w:color w:val="000000" w:themeColor="text1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Reflection Worksheet: Reconnect With What You Truly Want</w:t>
      </w:r>
    </w:p>
    <w:p w14:paraId="094D4E34" w14:textId="2436FE93" w:rsidR="005E2964" w:rsidRDefault="00000000" w:rsidP="00042918">
      <w:pPr>
        <w:pBdr>
          <w:bottom w:val="single" w:sz="4" w:space="1" w:color="auto"/>
        </w:pBdr>
        <w:ind w:left="360"/>
        <w:jc w:val="center"/>
      </w:pPr>
      <w:r>
        <w:t xml:space="preserve">This guided reflection helps you reconnect with what’s truly calling you right now. Take your time. There are no wrong </w:t>
      </w:r>
      <w:r w:rsidR="0018242D">
        <w:t xml:space="preserve">answers, </w:t>
      </w:r>
      <w:r>
        <w:t>just your truth, ready to be heard.</w:t>
      </w:r>
      <w:r w:rsidR="00ED6DD3">
        <w:t xml:space="preserve"> Once done, and if you want to discuss further email it with your intent to empower@reclaimself.com.au</w:t>
      </w:r>
    </w:p>
    <w:p w14:paraId="75BDCAFF" w14:textId="77777777" w:rsidR="005E2964" w:rsidRDefault="005E2964" w:rsidP="00490EA3"/>
    <w:p w14:paraId="0D219BFD" w14:textId="77777777" w:rsidR="005E2964" w:rsidRDefault="00000000" w:rsidP="00490EA3">
      <w:pPr>
        <w:pStyle w:val="ListNumber"/>
        <w:numPr>
          <w:ilvl w:val="0"/>
          <w:numId w:val="0"/>
        </w:numPr>
        <w:ind w:left="360"/>
      </w:pPr>
      <w:r>
        <w:t>1. What is it you’re really craving right now?</w:t>
      </w:r>
    </w:p>
    <w:p w14:paraId="5D69FC6B" w14:textId="77777777" w:rsidR="005E2964" w:rsidRDefault="00000000" w:rsidP="00490EA3">
      <w:pPr>
        <w:ind w:left="360"/>
      </w:pPr>
      <w:r>
        <w:br/>
      </w:r>
      <w:r>
        <w:br/>
      </w:r>
    </w:p>
    <w:p w14:paraId="460587F6" w14:textId="77777777" w:rsidR="005E2964" w:rsidRDefault="00000000" w:rsidP="00490EA3">
      <w:pPr>
        <w:pStyle w:val="ListNumber"/>
        <w:numPr>
          <w:ilvl w:val="0"/>
          <w:numId w:val="0"/>
        </w:numPr>
        <w:ind w:left="360"/>
      </w:pPr>
      <w:r>
        <w:t>2. Why does that matter to you — right now, in this season of life?</w:t>
      </w:r>
    </w:p>
    <w:p w14:paraId="5D3DC234" w14:textId="77777777" w:rsidR="005E2964" w:rsidRDefault="00000000" w:rsidP="00490EA3">
      <w:pPr>
        <w:ind w:left="360"/>
      </w:pPr>
      <w:r>
        <w:br/>
      </w:r>
      <w:r>
        <w:br/>
      </w:r>
    </w:p>
    <w:p w14:paraId="25503CED" w14:textId="28DF5DF0" w:rsidR="005E2964" w:rsidRDefault="00000000" w:rsidP="00490EA3">
      <w:pPr>
        <w:pStyle w:val="ListNumber"/>
        <w:numPr>
          <w:ilvl w:val="0"/>
          <w:numId w:val="0"/>
        </w:numPr>
        <w:ind w:left="360"/>
      </w:pPr>
      <w:r>
        <w:t>3. If you had all of that</w:t>
      </w:r>
      <w:r w:rsidR="0018242D">
        <w:t>…,</w:t>
      </w:r>
      <w:r>
        <w:t xml:space="preserve"> how would you feel? What would change?</w:t>
      </w:r>
    </w:p>
    <w:p w14:paraId="123E297D" w14:textId="77777777" w:rsidR="005E2964" w:rsidRDefault="00000000" w:rsidP="00490EA3">
      <w:pPr>
        <w:ind w:left="360"/>
      </w:pPr>
      <w:r>
        <w:br/>
      </w:r>
      <w:r>
        <w:br/>
      </w:r>
    </w:p>
    <w:p w14:paraId="75CA6EA2" w14:textId="77777777" w:rsidR="005E2964" w:rsidRDefault="00000000" w:rsidP="00490EA3">
      <w:pPr>
        <w:pStyle w:val="ListNumber"/>
        <w:numPr>
          <w:ilvl w:val="0"/>
          <w:numId w:val="0"/>
        </w:numPr>
        <w:ind w:left="360"/>
      </w:pPr>
      <w:r>
        <w:t>4. What’s currently in the way?</w:t>
      </w:r>
    </w:p>
    <w:p w14:paraId="72032EF7" w14:textId="77777777" w:rsidR="005E2964" w:rsidRDefault="00000000" w:rsidP="00490EA3">
      <w:pPr>
        <w:ind w:left="360"/>
      </w:pPr>
      <w:r>
        <w:br/>
      </w:r>
      <w:r>
        <w:br/>
      </w:r>
    </w:p>
    <w:p w14:paraId="7F2DAC24" w14:textId="77777777" w:rsidR="005E2964" w:rsidRDefault="00000000" w:rsidP="00490EA3">
      <w:pPr>
        <w:pStyle w:val="ListNumber"/>
        <w:numPr>
          <w:ilvl w:val="0"/>
          <w:numId w:val="0"/>
        </w:numPr>
        <w:ind w:left="360"/>
      </w:pPr>
      <w:r>
        <w:t>5. What do you think has kept this stuck for so long?</w:t>
      </w:r>
    </w:p>
    <w:p w14:paraId="1631EF5F" w14:textId="77777777" w:rsidR="005E2964" w:rsidRDefault="00000000" w:rsidP="00490EA3">
      <w:pPr>
        <w:ind w:left="360"/>
      </w:pPr>
      <w:r>
        <w:br/>
      </w:r>
      <w:r>
        <w:br/>
      </w:r>
    </w:p>
    <w:p w14:paraId="14B8C098" w14:textId="77777777" w:rsidR="005E2964" w:rsidRDefault="00000000" w:rsidP="00490EA3">
      <w:pPr>
        <w:pStyle w:val="ListNumber"/>
        <w:numPr>
          <w:ilvl w:val="0"/>
          <w:numId w:val="0"/>
        </w:numPr>
        <w:ind w:left="360"/>
      </w:pPr>
      <w:r>
        <w:t xml:space="preserve">6. What do you think you’re </w:t>
      </w:r>
      <w:proofErr w:type="gramStart"/>
      <w:r>
        <w:t>really after</w:t>
      </w:r>
      <w:proofErr w:type="gramEnd"/>
      <w:r>
        <w:t xml:space="preserve"> — underneath the goal?</w:t>
      </w:r>
    </w:p>
    <w:p w14:paraId="0EC139B9" w14:textId="77777777" w:rsidR="005E2964" w:rsidRDefault="00000000" w:rsidP="00490EA3">
      <w:pPr>
        <w:ind w:left="360"/>
      </w:pPr>
      <w:r>
        <w:br/>
      </w:r>
      <w:r>
        <w:br/>
      </w:r>
    </w:p>
    <w:p w14:paraId="25D03205" w14:textId="77777777" w:rsidR="005E2964" w:rsidRDefault="00000000" w:rsidP="00490EA3">
      <w:pPr>
        <w:pStyle w:val="ListNumber"/>
        <w:numPr>
          <w:ilvl w:val="0"/>
          <w:numId w:val="0"/>
        </w:numPr>
        <w:ind w:left="360"/>
      </w:pPr>
      <w:r>
        <w:t xml:space="preserve">7. How does the current situation </w:t>
      </w:r>
      <w:proofErr w:type="gramStart"/>
      <w:r>
        <w:t>actually feel</w:t>
      </w:r>
      <w:proofErr w:type="gramEnd"/>
      <w:r>
        <w:t>, day to day?</w:t>
      </w:r>
    </w:p>
    <w:p w14:paraId="3F1BAC0E" w14:textId="77777777" w:rsidR="005E2964" w:rsidRDefault="00000000" w:rsidP="00490EA3">
      <w:pPr>
        <w:ind w:left="360"/>
      </w:pPr>
      <w:r>
        <w:br/>
      </w:r>
      <w:r>
        <w:br/>
      </w:r>
    </w:p>
    <w:p w14:paraId="6F56814D" w14:textId="77777777" w:rsidR="00042918" w:rsidRDefault="00042918" w:rsidP="00490EA3">
      <w:pPr>
        <w:ind w:left="360"/>
      </w:pPr>
    </w:p>
    <w:p w14:paraId="23A45E71" w14:textId="77777777" w:rsidR="005E2964" w:rsidRDefault="00000000" w:rsidP="00490EA3">
      <w:pPr>
        <w:pStyle w:val="ListNumber"/>
        <w:numPr>
          <w:ilvl w:val="0"/>
          <w:numId w:val="0"/>
        </w:numPr>
        <w:ind w:left="360"/>
      </w:pPr>
      <w:r>
        <w:lastRenderedPageBreak/>
        <w:t>8. What beliefs do you notice coming up — about yourself, others, or what’s possible?</w:t>
      </w:r>
    </w:p>
    <w:p w14:paraId="73C7E838" w14:textId="77777777" w:rsidR="005E2964" w:rsidRDefault="00000000" w:rsidP="00490EA3">
      <w:pPr>
        <w:ind w:left="360"/>
      </w:pPr>
      <w:r>
        <w:br/>
      </w:r>
      <w:r>
        <w:br/>
      </w:r>
    </w:p>
    <w:p w14:paraId="57249E02" w14:textId="77777777" w:rsidR="005E2964" w:rsidRDefault="00000000" w:rsidP="00490EA3">
      <w:pPr>
        <w:pStyle w:val="ListNumber"/>
        <w:numPr>
          <w:ilvl w:val="0"/>
          <w:numId w:val="0"/>
        </w:numPr>
        <w:ind w:left="360"/>
      </w:pPr>
      <w:r>
        <w:t>9. How long have you been carrying this?</w:t>
      </w:r>
    </w:p>
    <w:p w14:paraId="32CEA1B2" w14:textId="77777777" w:rsidR="005E2964" w:rsidRDefault="00000000" w:rsidP="00490EA3">
      <w:pPr>
        <w:ind w:left="360"/>
      </w:pPr>
      <w:r>
        <w:br/>
      </w:r>
      <w:r>
        <w:br/>
      </w:r>
    </w:p>
    <w:p w14:paraId="3C1E03E1" w14:textId="77777777" w:rsidR="005E2964" w:rsidRDefault="00000000" w:rsidP="00490EA3">
      <w:pPr>
        <w:pStyle w:val="ListNumber"/>
        <w:numPr>
          <w:ilvl w:val="0"/>
          <w:numId w:val="0"/>
        </w:numPr>
        <w:ind w:left="360"/>
      </w:pPr>
      <w:r>
        <w:t>10. Why is it time to shift this now?</w:t>
      </w:r>
    </w:p>
    <w:p w14:paraId="66879CE3" w14:textId="77777777" w:rsidR="005E2964" w:rsidRDefault="00000000" w:rsidP="00490EA3">
      <w:pPr>
        <w:ind w:left="360"/>
      </w:pPr>
      <w:r>
        <w:br/>
      </w:r>
      <w:r>
        <w:br/>
      </w:r>
    </w:p>
    <w:p w14:paraId="7B9A9B9C" w14:textId="77777777" w:rsidR="005E2964" w:rsidRDefault="00000000" w:rsidP="00490EA3">
      <w:pPr>
        <w:pStyle w:val="ListNumber"/>
        <w:numPr>
          <w:ilvl w:val="0"/>
          <w:numId w:val="0"/>
        </w:numPr>
        <w:ind w:left="360"/>
      </w:pPr>
      <w:r>
        <w:t xml:space="preserve">11. What would it be worth </w:t>
      </w:r>
      <w:proofErr w:type="gramStart"/>
      <w:r>
        <w:t>to</w:t>
      </w:r>
      <w:proofErr w:type="gramEnd"/>
      <w:r>
        <w:t xml:space="preserve"> you to experience that shift?</w:t>
      </w:r>
    </w:p>
    <w:p w14:paraId="7550A621" w14:textId="77777777" w:rsidR="005E2964" w:rsidRDefault="00000000" w:rsidP="00490EA3">
      <w:pPr>
        <w:ind w:left="360"/>
      </w:pPr>
      <w:r>
        <w:br/>
      </w:r>
      <w:r>
        <w:br/>
      </w:r>
    </w:p>
    <w:p w14:paraId="320246EF" w14:textId="77777777" w:rsidR="005E2964" w:rsidRDefault="00000000" w:rsidP="00490EA3">
      <w:pPr>
        <w:pStyle w:val="ListNumber"/>
        <w:numPr>
          <w:ilvl w:val="0"/>
          <w:numId w:val="0"/>
        </w:numPr>
        <w:ind w:left="360"/>
      </w:pPr>
      <w:r>
        <w:t>12. What kind of support would help you most — strategy, space, accountability, reflection?</w:t>
      </w:r>
    </w:p>
    <w:p w14:paraId="1C681DE9" w14:textId="77777777" w:rsidR="005E2964" w:rsidRDefault="00000000" w:rsidP="00490EA3">
      <w:pPr>
        <w:ind w:left="360"/>
      </w:pPr>
      <w:r>
        <w:br/>
      </w:r>
      <w:r>
        <w:br/>
      </w:r>
    </w:p>
    <w:p w14:paraId="61503A60" w14:textId="77777777" w:rsidR="005E2964" w:rsidRDefault="00000000" w:rsidP="00490EA3">
      <w:pPr>
        <w:pStyle w:val="ListNumber"/>
        <w:numPr>
          <w:ilvl w:val="0"/>
          <w:numId w:val="0"/>
        </w:numPr>
        <w:ind w:left="360"/>
      </w:pPr>
      <w:r>
        <w:t>13. Would it feel okay if someone offered to walk with you through this journey?</w:t>
      </w:r>
    </w:p>
    <w:p w14:paraId="5DDC60B2" w14:textId="77777777" w:rsidR="005E2964" w:rsidRDefault="00000000" w:rsidP="00490EA3">
      <w:pPr>
        <w:ind w:left="360"/>
      </w:pPr>
      <w:r>
        <w:br/>
      </w:r>
      <w:r>
        <w:br/>
      </w:r>
    </w:p>
    <w:sectPr w:rsidR="005E2964" w:rsidSect="00042918">
      <w:headerReference w:type="default" r:id="rId8"/>
      <w:footerReference w:type="default" r:id="rId9"/>
      <w:pgSz w:w="11952" w:h="16848"/>
      <w:pgMar w:top="1440" w:right="1800" w:bottom="1440" w:left="1800" w:header="68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A85BDE" w14:textId="77777777" w:rsidR="00593DF4" w:rsidRDefault="00593DF4" w:rsidP="0018242D">
      <w:pPr>
        <w:spacing w:after="0" w:line="240" w:lineRule="auto"/>
      </w:pPr>
      <w:r>
        <w:separator/>
      </w:r>
    </w:p>
  </w:endnote>
  <w:endnote w:type="continuationSeparator" w:id="0">
    <w:p w14:paraId="0C33E965" w14:textId="77777777" w:rsidR="00593DF4" w:rsidRDefault="00593DF4" w:rsidP="001824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Congenial Black">
    <w:charset w:val="00"/>
    <w:family w:val="auto"/>
    <w:pitch w:val="variable"/>
    <w:sig w:usb0="8000002F" w:usb1="1000205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83D5F" w14:textId="36EFB3E7" w:rsidR="00C25235" w:rsidRDefault="00C25235">
    <w:pPr>
      <w:pStyle w:val="Footer"/>
      <w:jc w:val="right"/>
    </w:pPr>
    <w:r>
      <w:t xml:space="preserve">Page: </w:t>
    </w:r>
    <w:sdt>
      <w:sdtPr>
        <w:id w:val="-1973280004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  <w:p w14:paraId="0661FB0C" w14:textId="4C982F0C" w:rsidR="0018242D" w:rsidRDefault="00C25235">
    <w:pPr>
      <w:pStyle w:val="Foo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551CB1C" wp14:editId="71156FAF">
          <wp:simplePos x="0" y="0"/>
          <wp:positionH relativeFrom="column">
            <wp:posOffset>0</wp:posOffset>
          </wp:positionH>
          <wp:positionV relativeFrom="paragraph">
            <wp:posOffset>-425450</wp:posOffset>
          </wp:positionV>
          <wp:extent cx="533400" cy="588236"/>
          <wp:effectExtent l="0" t="0" r="0" b="2540"/>
          <wp:wrapNone/>
          <wp:docPr id="933193174" name="Picture 1" descr="A logo with a flow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3193174" name="Picture 1" descr="A logo with a flower&#10;&#10;AI-generated content may b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33400" cy="58823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66D3FE" w14:textId="77777777" w:rsidR="00593DF4" w:rsidRDefault="00593DF4" w:rsidP="0018242D">
      <w:pPr>
        <w:spacing w:after="0" w:line="240" w:lineRule="auto"/>
      </w:pPr>
      <w:r>
        <w:separator/>
      </w:r>
    </w:p>
  </w:footnote>
  <w:footnote w:type="continuationSeparator" w:id="0">
    <w:p w14:paraId="5DB9DEA3" w14:textId="77777777" w:rsidR="00593DF4" w:rsidRDefault="00593DF4" w:rsidP="001824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0FC5D" w14:textId="190A7923" w:rsidR="0018242D" w:rsidRPr="00042918" w:rsidRDefault="00C25235" w:rsidP="00042918">
    <w:pPr>
      <w:pStyle w:val="Header"/>
      <w:jc w:val="right"/>
      <w:rPr>
        <w:rFonts w:ascii="Congenial Black" w:hAnsi="Congenial Black"/>
        <w:b/>
        <w:bCs/>
        <w:color w:val="C4BC96" w:themeColor="background2" w:themeShade="BF"/>
        <w:sz w:val="28"/>
        <w:szCs w:val="28"/>
      </w:rPr>
    </w:pPr>
    <w:r w:rsidRPr="00042918">
      <w:rPr>
        <w:rFonts w:ascii="Congenial Black" w:hAnsi="Congenial Black"/>
        <w:b/>
        <w:bCs/>
        <w:color w:val="C4BC96" w:themeColor="background2" w:themeShade="BF"/>
        <w:sz w:val="28"/>
        <w:szCs w:val="28"/>
      </w:rPr>
      <w:t>Reclaim Self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6E9A5371"/>
    <w:multiLevelType w:val="hybridMultilevel"/>
    <w:tmpl w:val="A178F9E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5041889">
    <w:abstractNumId w:val="8"/>
  </w:num>
  <w:num w:numId="2" w16cid:durableId="1165317861">
    <w:abstractNumId w:val="6"/>
  </w:num>
  <w:num w:numId="3" w16cid:durableId="606622436">
    <w:abstractNumId w:val="5"/>
  </w:num>
  <w:num w:numId="4" w16cid:durableId="1211268327">
    <w:abstractNumId w:val="4"/>
  </w:num>
  <w:num w:numId="5" w16cid:durableId="636617125">
    <w:abstractNumId w:val="7"/>
  </w:num>
  <w:num w:numId="6" w16cid:durableId="83961465">
    <w:abstractNumId w:val="3"/>
  </w:num>
  <w:num w:numId="7" w16cid:durableId="1503469603">
    <w:abstractNumId w:val="2"/>
  </w:num>
  <w:num w:numId="8" w16cid:durableId="1010529465">
    <w:abstractNumId w:val="1"/>
  </w:num>
  <w:num w:numId="9" w16cid:durableId="250049452">
    <w:abstractNumId w:val="0"/>
  </w:num>
  <w:num w:numId="10" w16cid:durableId="100305197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42918"/>
    <w:rsid w:val="0006063C"/>
    <w:rsid w:val="0015074B"/>
    <w:rsid w:val="0018242D"/>
    <w:rsid w:val="0029639D"/>
    <w:rsid w:val="00326F90"/>
    <w:rsid w:val="00490EA3"/>
    <w:rsid w:val="00593DF4"/>
    <w:rsid w:val="005E2964"/>
    <w:rsid w:val="0083432E"/>
    <w:rsid w:val="00AA1D8D"/>
    <w:rsid w:val="00B47730"/>
    <w:rsid w:val="00C25235"/>
    <w:rsid w:val="00C66369"/>
    <w:rsid w:val="00CB0664"/>
    <w:rsid w:val="00ED6DD3"/>
    <w:rsid w:val="00FC693F"/>
    <w:rsid w:val="00FF5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4062061"/>
  <w14:defaultImageDpi w14:val="300"/>
  <w15:docId w15:val="{3FE832E1-4E58-4440-A6E9-A30B4F08D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172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1153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Ashok Alexander</cp:lastModifiedBy>
  <cp:revision>8</cp:revision>
  <dcterms:created xsi:type="dcterms:W3CDTF">2013-12-23T23:15:00Z</dcterms:created>
  <dcterms:modified xsi:type="dcterms:W3CDTF">2025-10-01T05:37:00Z</dcterms:modified>
  <cp:category/>
</cp:coreProperties>
</file>